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1D25" w:rsidRPr="000D399C" w:rsidRDefault="000D399C">
      <w:pPr>
        <w:pStyle w:val="Titolo1"/>
        <w:rPr>
          <w:rFonts w:ascii="Heebo" w:hAnsi="Heebo" w:cs="Heebo"/>
          <w:color w:val="auto"/>
        </w:rPr>
      </w:pPr>
      <w:r w:rsidRPr="000D399C">
        <w:rPr>
          <w:rFonts w:ascii="Heebo" w:hAnsi="Heebo" w:cs="Heebo"/>
          <w:color w:val="auto"/>
        </w:rPr>
        <w:t>Project Sheet – RDD Awards 26</w:t>
      </w:r>
    </w:p>
    <w:p w:rsidR="006C1D25" w:rsidRPr="000D399C" w:rsidRDefault="000D399C">
      <w:pPr>
        <w:pStyle w:val="Titolo2"/>
        <w:rPr>
          <w:rFonts w:ascii="Heebo" w:hAnsi="Heebo" w:cs="Heebo"/>
          <w:color w:val="auto"/>
          <w:sz w:val="20"/>
          <w:szCs w:val="20"/>
          <w:lang w:val="it-IT"/>
        </w:rPr>
      </w:pPr>
      <w:r w:rsidRPr="000D399C">
        <w:rPr>
          <w:rFonts w:ascii="Heebo" w:hAnsi="Heebo" w:cs="Heebo"/>
          <w:color w:val="auto"/>
          <w:sz w:val="20"/>
          <w:szCs w:val="20"/>
          <w:lang w:val="it-IT"/>
        </w:rPr>
        <w:t>Project / Product Title:</w:t>
      </w:r>
    </w:p>
    <w:p w:rsidR="006C1D25" w:rsidRPr="000D399C" w:rsidRDefault="000D399C">
      <w:pPr>
        <w:rPr>
          <w:rFonts w:ascii="Heebo" w:hAnsi="Heebo" w:cs="Heebo"/>
          <w:sz w:val="20"/>
          <w:szCs w:val="20"/>
        </w:rPr>
      </w:pPr>
      <w:r w:rsidRPr="000D399C">
        <w:rPr>
          <w:rFonts w:ascii="Heebo" w:hAnsi="Heebo" w:cs="Heebo"/>
          <w:sz w:val="20"/>
          <w:szCs w:val="20"/>
        </w:rPr>
        <w:t>[Official name of the project or product]</w:t>
      </w:r>
    </w:p>
    <w:p w:rsidR="000D399C" w:rsidRPr="000D399C" w:rsidRDefault="000D399C" w:rsidP="000D399C">
      <w:pPr>
        <w:rPr>
          <w:rFonts w:ascii="Heebo" w:hAnsi="Heebo" w:cs="Heebo"/>
          <w:sz w:val="20"/>
          <w:szCs w:val="20"/>
        </w:rPr>
      </w:pPr>
      <w:r w:rsidRPr="000D399C">
        <w:rPr>
          <w:rFonts w:ascii="Heebo" w:eastAsiaTheme="majorEastAsia" w:hAnsi="Heebo" w:cs="Heebo"/>
          <w:b/>
          <w:bCs/>
          <w:sz w:val="20"/>
          <w:szCs w:val="20"/>
        </w:rPr>
        <w:t>Award Category:</w:t>
      </w:r>
      <w:r w:rsidRPr="000D399C">
        <w:rPr>
          <w:rFonts w:ascii="Heebo" w:eastAsiaTheme="majorEastAsia" w:hAnsi="Heebo" w:cs="Heebo"/>
          <w:b/>
          <w:bCs/>
          <w:sz w:val="20"/>
          <w:szCs w:val="20"/>
        </w:rPr>
        <w:br/>
      </w:r>
      <w:r w:rsidRPr="000D399C">
        <w:rPr>
          <w:rFonts w:ascii="Heebo" w:hAnsi="Heebo" w:cs="Heebo"/>
          <w:sz w:val="20"/>
          <w:szCs w:val="20"/>
        </w:rPr>
        <w:t>Please select one of the following:</w:t>
      </w:r>
    </w:p>
    <w:p w:rsidR="000D399C" w:rsidRPr="000D399C" w:rsidRDefault="000D399C" w:rsidP="000D399C">
      <w:pPr>
        <w:pStyle w:val="Paragrafoelenco"/>
        <w:numPr>
          <w:ilvl w:val="0"/>
          <w:numId w:val="12"/>
        </w:numPr>
        <w:rPr>
          <w:rFonts w:ascii="Heebo" w:hAnsi="Heebo" w:cs="Heebo"/>
          <w:sz w:val="20"/>
          <w:szCs w:val="20"/>
        </w:rPr>
      </w:pPr>
      <w:r w:rsidRPr="000D399C">
        <w:rPr>
          <w:rFonts w:ascii="Heebo" w:hAnsi="Heebo" w:cs="Heebo"/>
          <w:sz w:val="20"/>
          <w:szCs w:val="20"/>
        </w:rPr>
        <w:t>Best Responsible Exhibition/Installation of Milan Design Week 2026</w:t>
      </w:r>
    </w:p>
    <w:p w:rsidR="000D399C" w:rsidRPr="000D399C" w:rsidRDefault="000D399C" w:rsidP="000D399C">
      <w:pPr>
        <w:pStyle w:val="Paragrafoelenco"/>
        <w:numPr>
          <w:ilvl w:val="0"/>
          <w:numId w:val="12"/>
        </w:numPr>
        <w:rPr>
          <w:rFonts w:ascii="Heebo" w:hAnsi="Heebo" w:cs="Heebo"/>
          <w:sz w:val="20"/>
          <w:szCs w:val="20"/>
        </w:rPr>
      </w:pPr>
      <w:r w:rsidRPr="000D399C">
        <w:rPr>
          <w:rFonts w:ascii="Heebo" w:hAnsi="Heebo" w:cs="Heebo"/>
          <w:sz w:val="20"/>
          <w:szCs w:val="20"/>
        </w:rPr>
        <w:t>Best Responsible Product of Milan Design Week 2026</w:t>
      </w:r>
    </w:p>
    <w:p w:rsidR="000D399C" w:rsidRPr="000D399C" w:rsidRDefault="000D399C" w:rsidP="000D399C">
      <w:pPr>
        <w:pStyle w:val="Paragrafoelenco"/>
        <w:numPr>
          <w:ilvl w:val="0"/>
          <w:numId w:val="12"/>
        </w:numPr>
        <w:rPr>
          <w:rFonts w:ascii="Heebo" w:hAnsi="Heebo" w:cs="Heebo"/>
          <w:sz w:val="20"/>
          <w:szCs w:val="20"/>
          <w:lang w:val="it-IT"/>
        </w:rPr>
      </w:pPr>
      <w:r w:rsidRPr="000D399C">
        <w:rPr>
          <w:rFonts w:ascii="Heebo" w:hAnsi="Heebo" w:cs="Heebo"/>
          <w:sz w:val="20"/>
          <w:szCs w:val="20"/>
          <w:lang w:val="it-IT"/>
        </w:rPr>
        <w:t xml:space="preserve">Best International </w:t>
      </w:r>
      <w:proofErr w:type="spellStart"/>
      <w:r w:rsidRPr="000D399C">
        <w:rPr>
          <w:rFonts w:ascii="Heebo" w:hAnsi="Heebo" w:cs="Heebo"/>
          <w:sz w:val="20"/>
          <w:szCs w:val="20"/>
          <w:lang w:val="it-IT"/>
        </w:rPr>
        <w:t>Exhibition</w:t>
      </w:r>
      <w:proofErr w:type="spellEnd"/>
      <w:r w:rsidRPr="000D399C">
        <w:rPr>
          <w:rFonts w:ascii="Heebo" w:hAnsi="Heebo" w:cs="Heebo"/>
          <w:sz w:val="20"/>
          <w:szCs w:val="20"/>
          <w:lang w:val="it-IT"/>
        </w:rPr>
        <w:t>/Installation</w:t>
      </w:r>
    </w:p>
    <w:p w:rsidR="000D399C" w:rsidRPr="000D399C" w:rsidRDefault="000D399C" w:rsidP="000D399C">
      <w:pPr>
        <w:pStyle w:val="Paragrafoelenco"/>
        <w:numPr>
          <w:ilvl w:val="0"/>
          <w:numId w:val="12"/>
        </w:numPr>
        <w:rPr>
          <w:rFonts w:ascii="Heebo" w:hAnsi="Heebo" w:cs="Heebo"/>
          <w:sz w:val="20"/>
          <w:szCs w:val="20"/>
          <w:lang w:val="it-IT"/>
        </w:rPr>
      </w:pPr>
      <w:r w:rsidRPr="000D399C">
        <w:rPr>
          <w:rFonts w:ascii="Heebo" w:hAnsi="Heebo" w:cs="Heebo"/>
          <w:sz w:val="20"/>
          <w:szCs w:val="20"/>
          <w:lang w:val="it-IT"/>
        </w:rPr>
        <w:t>Best International Product</w:t>
      </w:r>
    </w:p>
    <w:p w:rsidR="000D399C" w:rsidRPr="000D399C" w:rsidRDefault="000D399C" w:rsidP="000D399C">
      <w:pPr>
        <w:pStyle w:val="Paragrafoelenco"/>
        <w:numPr>
          <w:ilvl w:val="0"/>
          <w:numId w:val="12"/>
        </w:numPr>
        <w:rPr>
          <w:rFonts w:ascii="Heebo" w:hAnsi="Heebo" w:cs="Heebo"/>
          <w:sz w:val="20"/>
          <w:szCs w:val="20"/>
          <w:lang w:val="it-IT"/>
        </w:rPr>
      </w:pPr>
      <w:r w:rsidRPr="000D399C">
        <w:rPr>
          <w:rFonts w:ascii="Heebo" w:hAnsi="Heebo" w:cs="Heebo"/>
          <w:sz w:val="20"/>
          <w:szCs w:val="20"/>
          <w:lang w:val="it-IT"/>
        </w:rPr>
        <w:t xml:space="preserve">Best </w:t>
      </w:r>
      <w:proofErr w:type="spellStart"/>
      <w:r w:rsidRPr="000D399C">
        <w:rPr>
          <w:rFonts w:ascii="Heebo" w:hAnsi="Heebo" w:cs="Heebo"/>
          <w:sz w:val="20"/>
          <w:szCs w:val="20"/>
          <w:lang w:val="it-IT"/>
        </w:rPr>
        <w:t>Italian</w:t>
      </w:r>
      <w:proofErr w:type="spellEnd"/>
      <w:r w:rsidRPr="000D399C">
        <w:rPr>
          <w:rFonts w:ascii="Heebo" w:hAnsi="Heebo" w:cs="Heebo"/>
          <w:sz w:val="20"/>
          <w:szCs w:val="20"/>
          <w:lang w:val="it-IT"/>
        </w:rPr>
        <w:t xml:space="preserve"> </w:t>
      </w:r>
      <w:proofErr w:type="spellStart"/>
      <w:r w:rsidRPr="000D399C">
        <w:rPr>
          <w:rFonts w:ascii="Heebo" w:hAnsi="Heebo" w:cs="Heebo"/>
          <w:sz w:val="20"/>
          <w:szCs w:val="20"/>
          <w:lang w:val="it-IT"/>
        </w:rPr>
        <w:t>Exhibition</w:t>
      </w:r>
      <w:proofErr w:type="spellEnd"/>
      <w:r w:rsidRPr="000D399C">
        <w:rPr>
          <w:rFonts w:ascii="Heebo" w:hAnsi="Heebo" w:cs="Heebo"/>
          <w:sz w:val="20"/>
          <w:szCs w:val="20"/>
          <w:lang w:val="it-IT"/>
        </w:rPr>
        <w:t>/Installation</w:t>
      </w:r>
    </w:p>
    <w:p w:rsidR="000D399C" w:rsidRPr="000D399C" w:rsidRDefault="000D399C" w:rsidP="000D399C">
      <w:pPr>
        <w:pStyle w:val="Paragrafoelenco"/>
        <w:numPr>
          <w:ilvl w:val="0"/>
          <w:numId w:val="12"/>
        </w:numPr>
        <w:rPr>
          <w:rFonts w:ascii="Heebo" w:hAnsi="Heebo" w:cs="Heebo"/>
          <w:sz w:val="20"/>
          <w:szCs w:val="20"/>
        </w:rPr>
      </w:pPr>
      <w:r w:rsidRPr="000D399C">
        <w:rPr>
          <w:rFonts w:ascii="Heebo" w:hAnsi="Heebo" w:cs="Heebo"/>
          <w:sz w:val="20"/>
          <w:szCs w:val="20"/>
        </w:rPr>
        <w:t>Best Italian Product</w:t>
      </w:r>
    </w:p>
    <w:p w:rsidR="006C1D25" w:rsidRPr="000D399C" w:rsidRDefault="000D399C">
      <w:pPr>
        <w:rPr>
          <w:rFonts w:ascii="Heebo" w:hAnsi="Heebo" w:cs="Heebo"/>
          <w:sz w:val="20"/>
          <w:szCs w:val="20"/>
        </w:rPr>
      </w:pPr>
      <w:r w:rsidRPr="000D399C">
        <w:rPr>
          <w:rFonts w:ascii="Heebo" w:hAnsi="Heebo" w:cs="Heebo"/>
          <w:b/>
          <w:bCs/>
          <w:sz w:val="20"/>
          <w:szCs w:val="20"/>
        </w:rPr>
        <w:t>Designer / Studio / Company / Brand Name:</w:t>
      </w:r>
      <w:r w:rsidRPr="000D399C">
        <w:rPr>
          <w:rFonts w:ascii="Heebo" w:hAnsi="Heebo" w:cs="Heebo"/>
          <w:sz w:val="20"/>
          <w:szCs w:val="20"/>
        </w:rPr>
        <w:br/>
      </w:r>
      <w:r w:rsidRPr="000D399C">
        <w:rPr>
          <w:rFonts w:ascii="Heebo" w:hAnsi="Heebo" w:cs="Heebo"/>
          <w:sz w:val="20"/>
          <w:szCs w:val="20"/>
        </w:rPr>
        <w:t>[Name of the proposing party or exhibitor]</w:t>
      </w:r>
    </w:p>
    <w:p w:rsidR="006C1D25" w:rsidRPr="000D399C" w:rsidRDefault="000D399C">
      <w:pPr>
        <w:rPr>
          <w:rFonts w:ascii="Heebo" w:hAnsi="Heebo" w:cs="Heebo"/>
          <w:sz w:val="20"/>
          <w:szCs w:val="20"/>
        </w:rPr>
      </w:pPr>
      <w:r w:rsidRPr="000D399C">
        <w:rPr>
          <w:rFonts w:ascii="Heebo" w:eastAsiaTheme="majorEastAsia" w:hAnsi="Heebo" w:cs="Heebo"/>
          <w:b/>
          <w:bCs/>
          <w:sz w:val="20"/>
          <w:szCs w:val="20"/>
        </w:rPr>
        <w:t>Brief Project Description (max 1000 characters):</w:t>
      </w:r>
      <w:r w:rsidRPr="000D399C">
        <w:rPr>
          <w:rFonts w:ascii="Heebo" w:eastAsiaTheme="majorEastAsia" w:hAnsi="Heebo" w:cs="Heebo"/>
          <w:b/>
          <w:bCs/>
          <w:sz w:val="20"/>
          <w:szCs w:val="20"/>
        </w:rPr>
        <w:br/>
      </w:r>
      <w:r w:rsidRPr="000D399C">
        <w:rPr>
          <w:rFonts w:ascii="Heebo" w:hAnsi="Heebo" w:cs="Heebo"/>
          <w:sz w:val="20"/>
          <w:szCs w:val="20"/>
        </w:rPr>
        <w:t>[Concise and effective description explaining the concept, objectives, and key points of the project/product]</w:t>
      </w:r>
    </w:p>
    <w:p w:rsidR="000D399C" w:rsidRPr="000D399C" w:rsidRDefault="000D399C" w:rsidP="000D399C">
      <w:pPr>
        <w:rPr>
          <w:rFonts w:ascii="Heebo" w:hAnsi="Heebo" w:cs="Heebo"/>
          <w:sz w:val="20"/>
          <w:szCs w:val="20"/>
        </w:rPr>
      </w:pPr>
      <w:r w:rsidRPr="000D399C">
        <w:rPr>
          <w:rFonts w:ascii="Heebo" w:eastAsiaTheme="majorEastAsia" w:hAnsi="Heebo" w:cs="Heebo"/>
          <w:b/>
          <w:bCs/>
          <w:sz w:val="20"/>
          <w:szCs w:val="20"/>
        </w:rPr>
        <w:t>Responsibility Elements / Social and Environmental Impact (max 1000 characters):</w:t>
      </w:r>
      <w:r w:rsidRPr="000D399C">
        <w:rPr>
          <w:rFonts w:ascii="Heebo" w:eastAsiaTheme="majorEastAsia" w:hAnsi="Heebo" w:cs="Heebo"/>
          <w:b/>
          <w:bCs/>
          <w:sz w:val="20"/>
          <w:szCs w:val="20"/>
        </w:rPr>
        <w:br/>
      </w:r>
      <w:r w:rsidRPr="000D399C">
        <w:rPr>
          <w:rFonts w:ascii="Heebo" w:hAnsi="Heebo" w:cs="Heebo"/>
          <w:sz w:val="20"/>
          <w:szCs w:val="20"/>
        </w:rPr>
        <w:t>[Highlight which aspects of sustainability and social responsibility characterize the project]</w:t>
      </w:r>
    </w:p>
    <w:p w:rsidR="000D399C" w:rsidRPr="000D399C" w:rsidRDefault="000D399C" w:rsidP="000D399C">
      <w:pPr>
        <w:rPr>
          <w:rFonts w:ascii="Heebo" w:eastAsiaTheme="majorEastAsia" w:hAnsi="Heebo" w:cs="Heebo"/>
          <w:b/>
          <w:bCs/>
          <w:sz w:val="20"/>
          <w:szCs w:val="20"/>
        </w:rPr>
      </w:pPr>
      <w:r w:rsidRPr="000D399C">
        <w:rPr>
          <w:rFonts w:ascii="Heebo" w:eastAsiaTheme="majorEastAsia" w:hAnsi="Heebo" w:cs="Heebo"/>
          <w:b/>
          <w:bCs/>
          <w:sz w:val="20"/>
          <w:szCs w:val="20"/>
        </w:rPr>
        <w:t>Photos / Renderings / Representative Images:</w:t>
      </w:r>
      <w:r w:rsidRPr="000D399C">
        <w:rPr>
          <w:rFonts w:ascii="Heebo" w:hAnsi="Heebo" w:cs="Heebo"/>
          <w:sz w:val="20"/>
          <w:szCs w:val="20"/>
        </w:rPr>
        <w:br/>
      </w:r>
      <w:r w:rsidRPr="000D399C">
        <w:rPr>
          <w:rFonts w:ascii="Heebo" w:eastAsiaTheme="majorEastAsia" w:hAnsi="Heebo" w:cs="Heebo"/>
          <w:sz w:val="20"/>
          <w:szCs w:val="20"/>
        </w:rPr>
        <w:t xml:space="preserve">[Up to 3 images – jpg, </w:t>
      </w:r>
      <w:proofErr w:type="spellStart"/>
      <w:r w:rsidRPr="000D399C">
        <w:rPr>
          <w:rFonts w:ascii="Heebo" w:eastAsiaTheme="majorEastAsia" w:hAnsi="Heebo" w:cs="Heebo"/>
          <w:sz w:val="20"/>
          <w:szCs w:val="20"/>
        </w:rPr>
        <w:t>png</w:t>
      </w:r>
      <w:proofErr w:type="spellEnd"/>
      <w:r w:rsidRPr="000D399C">
        <w:rPr>
          <w:rFonts w:ascii="Heebo" w:eastAsiaTheme="majorEastAsia" w:hAnsi="Heebo" w:cs="Heebo"/>
          <w:sz w:val="20"/>
          <w:szCs w:val="20"/>
        </w:rPr>
        <w:t xml:space="preserve"> – recommended size: 1920px on the long side]</w:t>
      </w:r>
    </w:p>
    <w:p w:rsidR="000D399C" w:rsidRPr="000D399C" w:rsidRDefault="000D399C" w:rsidP="000D399C">
      <w:pPr>
        <w:rPr>
          <w:rFonts w:ascii="Heebo" w:eastAsiaTheme="majorEastAsia" w:hAnsi="Heebo" w:cs="Heebo"/>
          <w:b/>
          <w:bCs/>
          <w:sz w:val="20"/>
          <w:szCs w:val="20"/>
        </w:rPr>
      </w:pPr>
      <w:r w:rsidRPr="000D399C">
        <w:rPr>
          <w:rFonts w:ascii="Heebo" w:eastAsiaTheme="majorEastAsia" w:hAnsi="Heebo" w:cs="Heebo"/>
          <w:b/>
          <w:bCs/>
          <w:sz w:val="20"/>
          <w:szCs w:val="20"/>
        </w:rPr>
        <w:t>Exhibition Venue (for installations / exhibitions):</w:t>
      </w:r>
      <w:r w:rsidRPr="000D399C">
        <w:rPr>
          <w:rFonts w:ascii="Heebo" w:hAnsi="Heebo" w:cs="Heebo"/>
          <w:sz w:val="20"/>
          <w:szCs w:val="20"/>
        </w:rPr>
        <w:br/>
      </w:r>
      <w:r w:rsidRPr="000D399C">
        <w:rPr>
          <w:rFonts w:ascii="Heebo" w:eastAsiaTheme="majorEastAsia" w:hAnsi="Heebo" w:cs="Heebo"/>
          <w:sz w:val="20"/>
          <w:szCs w:val="20"/>
        </w:rPr>
        <w:t>[Address or exhibition space]</w:t>
      </w:r>
    </w:p>
    <w:p w:rsidR="000D399C" w:rsidRPr="000D399C" w:rsidRDefault="000D399C" w:rsidP="000D399C">
      <w:pPr>
        <w:rPr>
          <w:rFonts w:ascii="Heebo" w:eastAsiaTheme="majorEastAsia" w:hAnsi="Heebo" w:cs="Heebo"/>
          <w:b/>
          <w:bCs/>
          <w:sz w:val="20"/>
          <w:szCs w:val="20"/>
        </w:rPr>
      </w:pPr>
      <w:r w:rsidRPr="000D399C">
        <w:rPr>
          <w:rFonts w:ascii="Heebo" w:eastAsiaTheme="majorEastAsia" w:hAnsi="Heebo" w:cs="Heebo"/>
          <w:b/>
          <w:bCs/>
          <w:sz w:val="20"/>
          <w:szCs w:val="20"/>
        </w:rPr>
        <w:t>Additional Information Link (if available):</w:t>
      </w:r>
      <w:r w:rsidRPr="000D399C">
        <w:rPr>
          <w:rFonts w:ascii="Heebo" w:hAnsi="Heebo" w:cs="Heebo"/>
          <w:sz w:val="20"/>
          <w:szCs w:val="20"/>
        </w:rPr>
        <w:br/>
      </w:r>
      <w:r w:rsidRPr="000D399C">
        <w:rPr>
          <w:rFonts w:ascii="Heebo" w:eastAsiaTheme="majorEastAsia" w:hAnsi="Heebo" w:cs="Heebo"/>
          <w:sz w:val="20"/>
          <w:szCs w:val="20"/>
        </w:rPr>
        <w:t>[URL of the official website or project page]</w:t>
      </w:r>
    </w:p>
    <w:p w:rsidR="000D399C" w:rsidRPr="000D399C" w:rsidRDefault="000D399C" w:rsidP="000D399C">
      <w:pPr>
        <w:rPr>
          <w:rFonts w:ascii="Heebo" w:eastAsiaTheme="majorEastAsia" w:hAnsi="Heebo" w:cs="Heebo"/>
          <w:b/>
          <w:bCs/>
          <w:sz w:val="20"/>
          <w:szCs w:val="20"/>
        </w:rPr>
      </w:pPr>
      <w:r w:rsidRPr="000D399C">
        <w:rPr>
          <w:rFonts w:ascii="Heebo" w:eastAsiaTheme="majorEastAsia" w:hAnsi="Heebo" w:cs="Heebo"/>
          <w:b/>
          <w:bCs/>
          <w:sz w:val="20"/>
          <w:szCs w:val="20"/>
        </w:rPr>
        <w:t>Contact for Further Information:</w:t>
      </w:r>
      <w:r w:rsidRPr="000D399C">
        <w:rPr>
          <w:rFonts w:ascii="Heebo" w:hAnsi="Heebo" w:cs="Heebo"/>
          <w:sz w:val="20"/>
          <w:szCs w:val="20"/>
        </w:rPr>
        <w:br/>
      </w:r>
      <w:r w:rsidRPr="000D399C">
        <w:rPr>
          <w:rFonts w:ascii="Heebo" w:eastAsiaTheme="majorEastAsia" w:hAnsi="Heebo" w:cs="Heebo"/>
          <w:sz w:val="20"/>
          <w:szCs w:val="20"/>
        </w:rPr>
        <w:t>Email: [example@company.com]</w:t>
      </w:r>
      <w:r w:rsidRPr="000D399C">
        <w:rPr>
          <w:rFonts w:ascii="Heebo" w:hAnsi="Heebo" w:cs="Heebo"/>
          <w:sz w:val="20"/>
          <w:szCs w:val="20"/>
        </w:rPr>
        <w:br/>
      </w:r>
      <w:r w:rsidRPr="000D399C">
        <w:rPr>
          <w:rFonts w:ascii="Heebo" w:eastAsiaTheme="majorEastAsia" w:hAnsi="Heebo" w:cs="Heebo"/>
          <w:sz w:val="20"/>
          <w:szCs w:val="20"/>
        </w:rPr>
        <w:t>Phone (optional): [example]</w:t>
      </w:r>
      <w:r w:rsidRPr="000D399C">
        <w:rPr>
          <w:rFonts w:ascii="Heebo" w:hAnsi="Heebo" w:cs="Heebo"/>
          <w:sz w:val="20"/>
          <w:szCs w:val="20"/>
        </w:rPr>
        <w:br/>
      </w:r>
      <w:r w:rsidRPr="000D399C">
        <w:rPr>
          <w:rFonts w:ascii="Heebo" w:eastAsiaTheme="majorEastAsia" w:hAnsi="Heebo" w:cs="Heebo"/>
          <w:sz w:val="20"/>
          <w:szCs w:val="20"/>
        </w:rPr>
        <w:t>Social / Instagram / Online Portfolio (optional): [link]</w:t>
      </w:r>
    </w:p>
    <w:p w:rsidR="000D399C" w:rsidRPr="000D399C" w:rsidRDefault="000D399C" w:rsidP="000D399C">
      <w:pPr>
        <w:rPr>
          <w:rFonts w:ascii="Heebo" w:hAnsi="Heebo" w:cs="Heebo"/>
          <w:sz w:val="20"/>
          <w:szCs w:val="20"/>
        </w:rPr>
      </w:pPr>
      <w:r w:rsidRPr="000D399C">
        <w:rPr>
          <w:rFonts w:ascii="Heebo" w:eastAsiaTheme="majorEastAsia" w:hAnsi="Heebo" w:cs="Heebo"/>
          <w:b/>
          <w:bCs/>
          <w:sz w:val="20"/>
          <w:szCs w:val="20"/>
        </w:rPr>
        <w:lastRenderedPageBreak/>
        <w:t>Additional Notes:</w:t>
      </w:r>
      <w:r w:rsidRPr="000D399C">
        <w:rPr>
          <w:rFonts w:ascii="Heebo" w:hAnsi="Heebo" w:cs="Heebo"/>
          <w:sz w:val="20"/>
          <w:szCs w:val="20"/>
        </w:rPr>
        <w:br/>
      </w:r>
      <w:r w:rsidRPr="000D399C">
        <w:rPr>
          <w:rFonts w:ascii="Heebo" w:eastAsiaTheme="majorEastAsia" w:hAnsi="Heebo" w:cs="Heebo"/>
          <w:sz w:val="20"/>
          <w:szCs w:val="20"/>
        </w:rPr>
        <w:t>[If there are specific details or particular requests from the candidate: e.g., image embargo, copyright notes, etc.]</w:t>
      </w:r>
    </w:p>
    <w:p w:rsidR="006C1D25" w:rsidRPr="000D399C" w:rsidRDefault="006C1D25">
      <w:pPr>
        <w:rPr>
          <w:rFonts w:ascii="Heebo" w:hAnsi="Heebo" w:cs="Heebo"/>
          <w:sz w:val="20"/>
          <w:szCs w:val="20"/>
        </w:rPr>
      </w:pPr>
    </w:p>
    <w:sectPr w:rsidR="006C1D25" w:rsidRPr="000D399C" w:rsidSect="0043351C">
      <w:headerReference w:type="default" r:id="rId8"/>
      <w:footerReference w:type="default" r:id="rId9"/>
      <w:pgSz w:w="12240" w:h="15840"/>
      <w:pgMar w:top="1440" w:right="1800" w:bottom="1440" w:left="1800" w:header="283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51D56" w:rsidRDefault="00251D56" w:rsidP="0043351C">
      <w:pPr>
        <w:spacing w:after="0" w:line="240" w:lineRule="auto"/>
      </w:pPr>
      <w:r>
        <w:separator/>
      </w:r>
    </w:p>
  </w:endnote>
  <w:endnote w:type="continuationSeparator" w:id="0">
    <w:p w:rsidR="00251D56" w:rsidRDefault="00251D56" w:rsidP="00433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Heebo">
    <w:panose1 w:val="00000000000000000000"/>
    <w:charset w:val="B1"/>
    <w:family w:val="auto"/>
    <w:pitch w:val="variable"/>
    <w:sig w:usb0="00000803" w:usb1="40000001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351C" w:rsidRPr="008F5541" w:rsidRDefault="008F5541" w:rsidP="008F5541">
    <w:pPr>
      <w:pStyle w:val="Pidipagina"/>
      <w:jc w:val="right"/>
      <w:rPr>
        <w:rFonts w:ascii="Heebo" w:hAnsi="Heebo" w:cs="Heebo"/>
        <w:bCs/>
        <w:sz w:val="16"/>
        <w:szCs w:val="16"/>
      </w:rPr>
    </w:pPr>
    <w:r w:rsidRPr="008F5541">
      <w:rPr>
        <w:rFonts w:ascii="Heebo" w:hAnsi="Heebo" w:cs="Heebo"/>
        <w:bCs/>
        <w:i/>
        <w:iCs/>
        <w:sz w:val="16"/>
        <w:szCs w:val="16"/>
      </w:rPr>
      <w:t>RDD Awards | Milan Design Week 2026</w:t>
    </w:r>
    <w:r>
      <w:rPr>
        <w:rFonts w:ascii="Heebo" w:hAnsi="Heebo" w:cs="Heebo"/>
        <w:bCs/>
        <w:i/>
        <w:iCs/>
        <w:sz w:val="16"/>
        <w:szCs w:val="16"/>
      </w:rPr>
      <w:br/>
    </w:r>
    <w:r w:rsidRPr="008F5541">
      <w:rPr>
        <w:rFonts w:ascii="Heebo" w:hAnsi="Heebo" w:cs="Heebo"/>
        <w:bCs/>
        <w:color w:val="FF0000"/>
        <w:sz w:val="16"/>
        <w:szCs w:val="16"/>
      </w:rPr>
      <w:t>https://repubblicadeldesign.it/?page_id=807&amp;preview=true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51D56" w:rsidRDefault="00251D56" w:rsidP="0043351C">
      <w:pPr>
        <w:spacing w:after="0" w:line="240" w:lineRule="auto"/>
      </w:pPr>
      <w:r>
        <w:separator/>
      </w:r>
    </w:p>
  </w:footnote>
  <w:footnote w:type="continuationSeparator" w:id="0">
    <w:p w:rsidR="00251D56" w:rsidRDefault="00251D56" w:rsidP="00433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351C" w:rsidRDefault="0043351C" w:rsidP="0043351C">
    <w:pPr>
      <w:pStyle w:val="Intestazione"/>
      <w:jc w:val="right"/>
    </w:pPr>
    <w:r>
      <w:rPr>
        <w:noProof/>
      </w:rPr>
      <w:drawing>
        <wp:inline distT="0" distB="0" distL="0" distR="0">
          <wp:extent cx="1293541" cy="1293541"/>
          <wp:effectExtent l="0" t="0" r="1905" b="1905"/>
          <wp:docPr id="14396573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657314" name="Immagine 14396573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6524" cy="1326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6A7617"/>
    <w:multiLevelType w:val="hybridMultilevel"/>
    <w:tmpl w:val="699C1E0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48734C"/>
    <w:multiLevelType w:val="multilevel"/>
    <w:tmpl w:val="DB2A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493A7C"/>
    <w:multiLevelType w:val="multilevel"/>
    <w:tmpl w:val="BD201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9754124">
    <w:abstractNumId w:val="8"/>
  </w:num>
  <w:num w:numId="2" w16cid:durableId="1434714642">
    <w:abstractNumId w:val="6"/>
  </w:num>
  <w:num w:numId="3" w16cid:durableId="1486584773">
    <w:abstractNumId w:val="5"/>
  </w:num>
  <w:num w:numId="4" w16cid:durableId="1342127706">
    <w:abstractNumId w:val="4"/>
  </w:num>
  <w:num w:numId="5" w16cid:durableId="714039588">
    <w:abstractNumId w:val="7"/>
  </w:num>
  <w:num w:numId="6" w16cid:durableId="1773893476">
    <w:abstractNumId w:val="3"/>
  </w:num>
  <w:num w:numId="7" w16cid:durableId="1143809112">
    <w:abstractNumId w:val="2"/>
  </w:num>
  <w:num w:numId="8" w16cid:durableId="1060592079">
    <w:abstractNumId w:val="1"/>
  </w:num>
  <w:num w:numId="9" w16cid:durableId="1853374292">
    <w:abstractNumId w:val="0"/>
  </w:num>
  <w:num w:numId="10" w16cid:durableId="2032756435">
    <w:abstractNumId w:val="10"/>
  </w:num>
  <w:num w:numId="11" w16cid:durableId="491992937">
    <w:abstractNumId w:val="11"/>
  </w:num>
  <w:num w:numId="12" w16cid:durableId="5528156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399C"/>
    <w:rsid w:val="0015074B"/>
    <w:rsid w:val="00251D56"/>
    <w:rsid w:val="0029639D"/>
    <w:rsid w:val="00326F90"/>
    <w:rsid w:val="0043351C"/>
    <w:rsid w:val="00574145"/>
    <w:rsid w:val="006C1D25"/>
    <w:rsid w:val="00753C3F"/>
    <w:rsid w:val="008F5541"/>
    <w:rsid w:val="00AA1D8D"/>
    <w:rsid w:val="00AA524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A707C"/>
  <w14:defaultImageDpi w14:val="300"/>
  <w15:docId w15:val="{A9DF7DE4-1841-4346-A339-EFA4584D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Riccardo Palomba</cp:lastModifiedBy>
  <cp:revision>3</cp:revision>
  <dcterms:created xsi:type="dcterms:W3CDTF">2025-06-27T14:51:00Z</dcterms:created>
  <dcterms:modified xsi:type="dcterms:W3CDTF">2025-06-27T14:59:00Z</dcterms:modified>
  <cp:category/>
</cp:coreProperties>
</file>