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1D25" w:rsidRPr="0043351C" w:rsidRDefault="00000000">
      <w:pPr>
        <w:pStyle w:val="Titolo1"/>
        <w:rPr>
          <w:rFonts w:ascii="Heebo" w:hAnsi="Heebo" w:cs="Heebo"/>
          <w:color w:val="auto"/>
          <w:lang w:val="it-IT"/>
        </w:rPr>
      </w:pPr>
      <w:r w:rsidRPr="0043351C">
        <w:rPr>
          <w:rFonts w:ascii="Heebo" w:hAnsi="Heebo" w:cs="Heebo" w:hint="cs"/>
          <w:color w:val="auto"/>
          <w:lang w:val="it-IT"/>
        </w:rPr>
        <w:t>Scheda Progetto – RDD Awards</w:t>
      </w:r>
      <w:r w:rsidR="0043351C">
        <w:rPr>
          <w:rFonts w:ascii="Heebo" w:hAnsi="Heebo" w:cs="Heebo"/>
          <w:color w:val="auto"/>
          <w:lang w:val="it-IT"/>
        </w:rPr>
        <w:t xml:space="preserve"> 26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Titolo del Progetto / Prodotto: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[Nome ufficiale del progetto o del prodotto]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Categoria di Candidatura:</w:t>
      </w:r>
    </w:p>
    <w:p w:rsidR="005132AC" w:rsidRDefault="00000000" w:rsidP="005132AC">
      <w:p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>Selezionare tra le seguenti:</w:t>
      </w:r>
    </w:p>
    <w:p w:rsid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 xml:space="preserve">Miglior </w:t>
      </w:r>
      <w:r w:rsidR="0043351C" w:rsidRPr="005132AC">
        <w:rPr>
          <w:rFonts w:ascii="Heebo" w:hAnsi="Heebo" w:cs="Heebo"/>
          <w:sz w:val="20"/>
          <w:szCs w:val="20"/>
          <w:lang w:val="it-IT"/>
        </w:rPr>
        <w:t>Allestimento</w:t>
      </w:r>
      <w:r w:rsidRPr="005132AC">
        <w:rPr>
          <w:rFonts w:ascii="Heebo" w:hAnsi="Heebo" w:cs="Heebo" w:hint="cs"/>
          <w:sz w:val="20"/>
          <w:szCs w:val="20"/>
          <w:lang w:val="it-IT"/>
        </w:rPr>
        <w:t xml:space="preserve"> Responsabile della Milan Design Week</w:t>
      </w:r>
      <w:r w:rsidR="0043351C" w:rsidRPr="005132AC">
        <w:rPr>
          <w:rFonts w:ascii="Heebo" w:hAnsi="Heebo" w:cs="Heebo"/>
          <w:sz w:val="20"/>
          <w:szCs w:val="20"/>
          <w:lang w:val="it-IT"/>
        </w:rPr>
        <w:t xml:space="preserve"> 2026</w:t>
      </w:r>
    </w:p>
    <w:p w:rsid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>Miglior Prodotto Responsabile della Milan Design Week</w:t>
      </w:r>
      <w:r w:rsidR="0043351C" w:rsidRPr="005132AC">
        <w:rPr>
          <w:rFonts w:ascii="Heebo" w:hAnsi="Heebo" w:cs="Heebo"/>
          <w:sz w:val="20"/>
          <w:szCs w:val="20"/>
          <w:lang w:val="it-IT"/>
        </w:rPr>
        <w:t xml:space="preserve"> 2026</w:t>
      </w:r>
    </w:p>
    <w:p w:rsid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 xml:space="preserve">Miglior </w:t>
      </w:r>
      <w:r w:rsidR="0043351C" w:rsidRPr="005132AC">
        <w:rPr>
          <w:rFonts w:ascii="Heebo" w:hAnsi="Heebo" w:cs="Heebo"/>
          <w:sz w:val="20"/>
          <w:szCs w:val="20"/>
          <w:lang w:val="it-IT"/>
        </w:rPr>
        <w:t>Allestimento</w:t>
      </w:r>
      <w:r w:rsidRPr="005132AC">
        <w:rPr>
          <w:rFonts w:ascii="Heebo" w:hAnsi="Heebo" w:cs="Heebo" w:hint="cs"/>
          <w:sz w:val="20"/>
          <w:szCs w:val="20"/>
          <w:lang w:val="it-IT"/>
        </w:rPr>
        <w:t xml:space="preserve"> Internazionale</w:t>
      </w:r>
    </w:p>
    <w:p w:rsid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 xml:space="preserve">Miglior </w:t>
      </w:r>
      <w:r w:rsidR="0043351C" w:rsidRPr="005132AC">
        <w:rPr>
          <w:rFonts w:ascii="Heebo" w:hAnsi="Heebo" w:cs="Heebo"/>
          <w:sz w:val="20"/>
          <w:szCs w:val="20"/>
          <w:lang w:val="it-IT"/>
        </w:rPr>
        <w:t>Prodotto</w:t>
      </w:r>
      <w:r w:rsidRPr="005132AC">
        <w:rPr>
          <w:rFonts w:ascii="Heebo" w:hAnsi="Heebo" w:cs="Heebo" w:hint="cs"/>
          <w:sz w:val="20"/>
          <w:szCs w:val="20"/>
          <w:lang w:val="it-IT"/>
        </w:rPr>
        <w:t xml:space="preserve"> Internazionale</w:t>
      </w:r>
    </w:p>
    <w:p w:rsid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 xml:space="preserve">Miglior </w:t>
      </w:r>
      <w:r w:rsidR="0043351C" w:rsidRPr="005132AC">
        <w:rPr>
          <w:rFonts w:ascii="Heebo" w:hAnsi="Heebo" w:cs="Heebo"/>
          <w:sz w:val="20"/>
          <w:szCs w:val="20"/>
          <w:lang w:val="it-IT"/>
        </w:rPr>
        <w:t>Allestimento</w:t>
      </w:r>
      <w:r w:rsidRPr="005132AC">
        <w:rPr>
          <w:rFonts w:ascii="Heebo" w:hAnsi="Heebo" w:cs="Heebo" w:hint="cs"/>
          <w:sz w:val="20"/>
          <w:szCs w:val="20"/>
          <w:lang w:val="it-IT"/>
        </w:rPr>
        <w:t xml:space="preserve"> Italiano</w:t>
      </w:r>
    </w:p>
    <w:p w:rsidR="006C1D25" w:rsidRPr="005132AC" w:rsidRDefault="00000000" w:rsidP="005132AC">
      <w:pPr>
        <w:pStyle w:val="Paragrafoelenco"/>
        <w:numPr>
          <w:ilvl w:val="0"/>
          <w:numId w:val="13"/>
        </w:numPr>
        <w:rPr>
          <w:rFonts w:ascii="Heebo" w:hAnsi="Heebo" w:cs="Heebo"/>
          <w:sz w:val="20"/>
          <w:szCs w:val="20"/>
          <w:lang w:val="it-IT"/>
        </w:rPr>
      </w:pPr>
      <w:r w:rsidRPr="005132AC">
        <w:rPr>
          <w:rFonts w:ascii="Heebo" w:hAnsi="Heebo" w:cs="Heebo" w:hint="cs"/>
          <w:sz w:val="20"/>
          <w:szCs w:val="20"/>
          <w:lang w:val="it-IT"/>
        </w:rPr>
        <w:t xml:space="preserve">Miglior </w:t>
      </w:r>
      <w:r w:rsidR="0043351C" w:rsidRPr="005132AC">
        <w:rPr>
          <w:rFonts w:ascii="Heebo" w:hAnsi="Heebo" w:cs="Heebo"/>
          <w:sz w:val="20"/>
          <w:szCs w:val="20"/>
          <w:lang w:val="it-IT"/>
        </w:rPr>
        <w:t>Prodotto</w:t>
      </w:r>
      <w:r w:rsidRPr="005132AC">
        <w:rPr>
          <w:rFonts w:ascii="Heebo" w:hAnsi="Heebo" w:cs="Heebo" w:hint="cs"/>
          <w:sz w:val="20"/>
          <w:szCs w:val="20"/>
          <w:lang w:val="it-IT"/>
        </w:rPr>
        <w:t xml:space="preserve"> Italiano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Nome Designer / Studio / Azienda / Brand: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[Nome del soggetto proponente o espositore]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 xml:space="preserve">Breve Descrizione del Progetto (max </w:t>
      </w:r>
      <w:r w:rsidR="0043351C" w:rsidRPr="0043351C">
        <w:rPr>
          <w:rFonts w:ascii="Heebo" w:hAnsi="Heebo" w:cs="Heebo"/>
          <w:color w:val="auto"/>
          <w:sz w:val="20"/>
          <w:szCs w:val="20"/>
          <w:lang w:val="it-IT"/>
        </w:rPr>
        <w:t>1000</w:t>
      </w: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 xml:space="preserve"> caratteri):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[Testo descrittivo sintetico ed efficace che spiega concept, obiettivi e punti chiave del progetto/prodotto]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Elementi di Responsabilità / Impatto Sociale e Ambientale</w:t>
      </w:r>
      <w:r w:rsidR="0043351C" w:rsidRPr="0043351C">
        <w:rPr>
          <w:rFonts w:ascii="Heebo" w:hAnsi="Heebo" w:cs="Heebo"/>
          <w:color w:val="auto"/>
          <w:sz w:val="20"/>
          <w:szCs w:val="20"/>
          <w:lang w:val="it-IT"/>
        </w:rPr>
        <w:t xml:space="preserve"> </w:t>
      </w:r>
      <w:r w:rsidR="0043351C" w:rsidRPr="0043351C">
        <w:rPr>
          <w:rFonts w:ascii="Heebo" w:hAnsi="Heebo" w:cs="Heebo" w:hint="cs"/>
          <w:color w:val="auto"/>
          <w:sz w:val="20"/>
          <w:szCs w:val="20"/>
          <w:lang w:val="it-IT"/>
        </w:rPr>
        <w:t xml:space="preserve">(max </w:t>
      </w:r>
      <w:r w:rsidR="0043351C" w:rsidRPr="0043351C">
        <w:rPr>
          <w:rFonts w:ascii="Heebo" w:hAnsi="Heebo" w:cs="Heebo"/>
          <w:color w:val="auto"/>
          <w:sz w:val="20"/>
          <w:szCs w:val="20"/>
          <w:lang w:val="it-IT"/>
        </w:rPr>
        <w:t>1000</w:t>
      </w:r>
      <w:r w:rsidR="0043351C" w:rsidRPr="0043351C">
        <w:rPr>
          <w:rFonts w:ascii="Heebo" w:hAnsi="Heebo" w:cs="Heebo" w:hint="cs"/>
          <w:color w:val="auto"/>
          <w:sz w:val="20"/>
          <w:szCs w:val="20"/>
          <w:lang w:val="it-IT"/>
        </w:rPr>
        <w:t xml:space="preserve"> caratteri)</w:t>
      </w: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[Indicare quali aspetti di sostenibilità e responsabilità sociale caratterizzano il progetto]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Foto / Render / Immagini rappresentative: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[Fino a 3 immagini – jpg</w:t>
      </w:r>
      <w:r w:rsidR="0043351C">
        <w:rPr>
          <w:rFonts w:ascii="Heebo" w:hAnsi="Heebo" w:cs="Heebo"/>
          <w:sz w:val="20"/>
          <w:szCs w:val="20"/>
          <w:lang w:val="it-IT"/>
        </w:rPr>
        <w:t xml:space="preserve">, png </w:t>
      </w:r>
      <w:r w:rsidRPr="0043351C">
        <w:rPr>
          <w:rFonts w:ascii="Heebo" w:hAnsi="Heebo" w:cs="Heebo" w:hint="cs"/>
          <w:sz w:val="20"/>
          <w:szCs w:val="20"/>
          <w:lang w:val="it-IT"/>
        </w:rPr>
        <w:t>– dimensione consigliata: 1920px lato lungo]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Luogo di esposizione (per le installazioni / mostre):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[Indirizzo o spazio espositivo]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Link di approfondimento (se disponibile):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[URL del sito ufficiale o pagina del progetto]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t>Contatti per ulteriori informazioni: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Email: [esempio@azienda.it]</w:t>
      </w:r>
      <w:r w:rsidRPr="0043351C">
        <w:rPr>
          <w:rFonts w:ascii="Heebo" w:hAnsi="Heebo" w:cs="Heebo" w:hint="cs"/>
          <w:sz w:val="20"/>
          <w:szCs w:val="20"/>
          <w:lang w:val="it-IT"/>
        </w:rPr>
        <w:br/>
        <w:t>Telefono (opzionale): [esempio]</w:t>
      </w:r>
      <w:r w:rsidRPr="0043351C">
        <w:rPr>
          <w:rFonts w:ascii="Heebo" w:hAnsi="Heebo" w:cs="Heebo" w:hint="cs"/>
          <w:sz w:val="20"/>
          <w:szCs w:val="20"/>
          <w:lang w:val="it-IT"/>
        </w:rPr>
        <w:br/>
        <w:t>Social / Instagram / Portfolio online (opzionale): [link]</w:t>
      </w:r>
    </w:p>
    <w:p w:rsidR="006C1D25" w:rsidRPr="0043351C" w:rsidRDefault="00000000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43351C">
        <w:rPr>
          <w:rFonts w:ascii="Heebo" w:hAnsi="Heebo" w:cs="Heebo" w:hint="cs"/>
          <w:color w:val="auto"/>
          <w:sz w:val="20"/>
          <w:szCs w:val="20"/>
          <w:lang w:val="it-IT"/>
        </w:rPr>
        <w:lastRenderedPageBreak/>
        <w:t>Note aggiuntive:</w:t>
      </w:r>
    </w:p>
    <w:p w:rsidR="006C1D25" w:rsidRPr="0043351C" w:rsidRDefault="00000000">
      <w:pPr>
        <w:rPr>
          <w:rFonts w:ascii="Heebo" w:hAnsi="Heebo" w:cs="Heebo"/>
          <w:sz w:val="20"/>
          <w:szCs w:val="20"/>
          <w:lang w:val="it-IT"/>
        </w:rPr>
      </w:pPr>
      <w:r w:rsidRPr="0043351C">
        <w:rPr>
          <w:rFonts w:ascii="Heebo" w:hAnsi="Heebo" w:cs="Heebo" w:hint="cs"/>
          <w:sz w:val="20"/>
          <w:szCs w:val="20"/>
          <w:lang w:val="it-IT"/>
        </w:rPr>
        <w:t>[Se ci sono dettagli particolari o una richiesta specifica da parte del candidato: es. embargo sulle immagini, note sul copyright, ecc.]</w:t>
      </w:r>
    </w:p>
    <w:sectPr w:rsidR="006C1D25" w:rsidRPr="0043351C" w:rsidSect="0043351C">
      <w:headerReference w:type="default" r:id="rId8"/>
      <w:footerReference w:type="default" r:id="rId9"/>
      <w:pgSz w:w="12240" w:h="15840"/>
      <w:pgMar w:top="1440" w:right="1800" w:bottom="1440" w:left="1800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11F2" w:rsidRDefault="006411F2" w:rsidP="0043351C">
      <w:pPr>
        <w:spacing w:after="0" w:line="240" w:lineRule="auto"/>
      </w:pPr>
      <w:r>
        <w:separator/>
      </w:r>
    </w:p>
  </w:endnote>
  <w:endnote w:type="continuationSeparator" w:id="0">
    <w:p w:rsidR="006411F2" w:rsidRDefault="006411F2" w:rsidP="0043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ebo">
    <w:panose1 w:val="00000000000000000000"/>
    <w:charset w:val="B1"/>
    <w:family w:val="auto"/>
    <w:pitch w:val="variable"/>
    <w:sig w:usb0="00000803" w:usb1="40000001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51C" w:rsidRPr="008F5541" w:rsidRDefault="008F5541" w:rsidP="008F5541">
    <w:pPr>
      <w:pStyle w:val="Pidipagina"/>
      <w:jc w:val="right"/>
      <w:rPr>
        <w:rFonts w:ascii="Heebo" w:hAnsi="Heebo" w:cs="Heebo"/>
        <w:bCs/>
        <w:sz w:val="16"/>
        <w:szCs w:val="16"/>
      </w:rPr>
    </w:pPr>
    <w:r w:rsidRPr="008F5541">
      <w:rPr>
        <w:rFonts w:ascii="Heebo" w:hAnsi="Heebo" w:cs="Heebo"/>
        <w:bCs/>
        <w:i/>
        <w:iCs/>
        <w:sz w:val="16"/>
        <w:szCs w:val="16"/>
      </w:rPr>
      <w:t>RDD Awards | Milan Design Week 2026</w:t>
    </w:r>
    <w:r>
      <w:rPr>
        <w:rFonts w:ascii="Heebo" w:hAnsi="Heebo" w:cs="Heebo"/>
        <w:bCs/>
        <w:i/>
        <w:iCs/>
        <w:sz w:val="16"/>
        <w:szCs w:val="16"/>
      </w:rPr>
      <w:br/>
    </w:r>
    <w:r w:rsidRPr="008F5541">
      <w:rPr>
        <w:rFonts w:ascii="Heebo" w:hAnsi="Heebo" w:cs="Heebo"/>
        <w:bCs/>
        <w:color w:val="FF0000"/>
        <w:sz w:val="16"/>
        <w:szCs w:val="16"/>
      </w:rPr>
      <w:t>https://repubblicadeldesign.it/?page_id=807&amp;preview=true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11F2" w:rsidRDefault="006411F2" w:rsidP="0043351C">
      <w:pPr>
        <w:spacing w:after="0" w:line="240" w:lineRule="auto"/>
      </w:pPr>
      <w:r>
        <w:separator/>
      </w:r>
    </w:p>
  </w:footnote>
  <w:footnote w:type="continuationSeparator" w:id="0">
    <w:p w:rsidR="006411F2" w:rsidRDefault="006411F2" w:rsidP="0043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51C" w:rsidRDefault="0043351C" w:rsidP="0043351C">
    <w:pPr>
      <w:pStyle w:val="Intestazione"/>
      <w:jc w:val="right"/>
    </w:pPr>
    <w:r>
      <w:rPr>
        <w:noProof/>
      </w:rPr>
      <w:drawing>
        <wp:inline distT="0" distB="0" distL="0" distR="0">
          <wp:extent cx="1293541" cy="1293541"/>
          <wp:effectExtent l="0" t="0" r="1905" b="1905"/>
          <wp:docPr id="14396573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657314" name="Immagine 14396573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6524" cy="1326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A26850"/>
    <w:multiLevelType w:val="hybridMultilevel"/>
    <w:tmpl w:val="2D52E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8734C"/>
    <w:multiLevelType w:val="multilevel"/>
    <w:tmpl w:val="DB2A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D4F04"/>
    <w:multiLevelType w:val="hybridMultilevel"/>
    <w:tmpl w:val="0C240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C1038"/>
    <w:multiLevelType w:val="hybridMultilevel"/>
    <w:tmpl w:val="ADE0F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754124">
    <w:abstractNumId w:val="8"/>
  </w:num>
  <w:num w:numId="2" w16cid:durableId="1434714642">
    <w:abstractNumId w:val="6"/>
  </w:num>
  <w:num w:numId="3" w16cid:durableId="1486584773">
    <w:abstractNumId w:val="5"/>
  </w:num>
  <w:num w:numId="4" w16cid:durableId="1342127706">
    <w:abstractNumId w:val="4"/>
  </w:num>
  <w:num w:numId="5" w16cid:durableId="714039588">
    <w:abstractNumId w:val="7"/>
  </w:num>
  <w:num w:numId="6" w16cid:durableId="1773893476">
    <w:abstractNumId w:val="3"/>
  </w:num>
  <w:num w:numId="7" w16cid:durableId="1143809112">
    <w:abstractNumId w:val="2"/>
  </w:num>
  <w:num w:numId="8" w16cid:durableId="1060592079">
    <w:abstractNumId w:val="1"/>
  </w:num>
  <w:num w:numId="9" w16cid:durableId="1853374292">
    <w:abstractNumId w:val="0"/>
  </w:num>
  <w:num w:numId="10" w16cid:durableId="2032756435">
    <w:abstractNumId w:val="10"/>
  </w:num>
  <w:num w:numId="11" w16cid:durableId="1243566736">
    <w:abstractNumId w:val="9"/>
  </w:num>
  <w:num w:numId="12" w16cid:durableId="2139836887">
    <w:abstractNumId w:val="12"/>
  </w:num>
  <w:num w:numId="13" w16cid:durableId="139424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351C"/>
    <w:rsid w:val="005132AC"/>
    <w:rsid w:val="00574145"/>
    <w:rsid w:val="006411F2"/>
    <w:rsid w:val="006C1D25"/>
    <w:rsid w:val="00753C3F"/>
    <w:rsid w:val="008F55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5FC8D"/>
  <w14:defaultImageDpi w14:val="300"/>
  <w15:docId w15:val="{A9DF7DE4-1841-4346-A339-EFA4584D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Riccardo Palomba</cp:lastModifiedBy>
  <cp:revision>3</cp:revision>
  <dcterms:created xsi:type="dcterms:W3CDTF">2013-12-23T23:15:00Z</dcterms:created>
  <dcterms:modified xsi:type="dcterms:W3CDTF">2025-06-27T14:54:00Z</dcterms:modified>
  <cp:category/>
</cp:coreProperties>
</file>